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附件三：计量设备检定证书</w:t>
      </w:r>
    </w:p>
    <w:p>
      <w:pPr>
        <w:jc w:val="center"/>
      </w:pPr>
      <w:r>
        <w:rPr>
          <w:color w:val="646464"/>
          <w:sz w:val="22"/>
        </w:rPr>
        <w:t>（检定证书复印件粘贴页）</w:t>
      </w:r>
    </w:p>
    <w:p>
      <w:pPr>
        <w:pStyle w:val="Heading1"/>
      </w:pPr>
      <w:r>
        <w:t>一、法律依据</w:t>
      </w:r>
    </w:p>
    <w:p>
      <w:r>
        <w:t>依据《中华人民共和国计量法》第九条：县级以上人民政府计量行政部门对社会公用计量标准器具，部门和企业、事业单位使用的最高计量标准器具，以及用于贸易结算、安全防护、医疗卫生、环境监测方面的列入强制检定目录的工作计量器具，实行强制检定。</w:t>
      </w:r>
    </w:p>
    <w:p>
      <w:pPr>
        <w:pStyle w:val="Heading1"/>
      </w:pPr>
      <w:r>
        <w:t>二、检定要求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设备类型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检定规程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精度等级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检定周期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检定机构</w:t>
            </w:r>
          </w:p>
        </w:tc>
      </w:tr>
      <w:tr>
        <w:tc>
          <w:tcPr>
            <w:tcW w:type="dxa" w:w="1728"/>
          </w:tcPr>
          <w:p>
            <w:r>
              <w:t>安装式交流电能表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JJG 596-2026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0.5级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按规程规定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法定计量检定机构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超声波热量表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JJG 225-2024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2级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3年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法定计量检定机构</w:t>
            </w:r>
          </w:p>
        </w:tc>
      </w:tr>
    </w:tbl>
    <w:p/>
    <w:p>
      <w:pPr>
        <w:pStyle w:val="Heading1"/>
      </w:pPr>
      <w:r>
        <w:t>三、检定证书粘贴</w:t>
      </w:r>
    </w:p>
    <w:p/>
    <w:p>
      <w:r>
        <w:t>设备1：</w:t>
      </w:r>
    </w:p>
    <w:p>
      <w:r>
        <w:t xml:space="preserve">   设备名称：__________</w:t>
      </w:r>
    </w:p>
    <w:p>
      <w:r>
        <w:t xml:space="preserve">   出厂编号：__________</w:t>
      </w:r>
    </w:p>
    <w:p>
      <w:r>
        <w:t xml:space="preserve">   检定证书编号：__________</w:t>
      </w:r>
    </w:p>
    <w:p>
      <w:r>
        <w:t xml:space="preserve">   检定日期：__________</w:t>
      </w:r>
    </w:p>
    <w:p>
      <w:r>
        <w:t xml:space="preserve">   有效期至：__________</w:t>
      </w:r>
    </w:p>
    <w:p>
      <w:r>
        <w:t xml:space="preserve">   检定机构：__________</w:t>
      </w:r>
    </w:p>
    <w:p/>
    <w:p>
      <w:r>
        <w:t xml:space="preserve">   【检定证书复印件粘贴处】</w:t>
      </w:r>
    </w:p>
    <w:p/>
    <w:p>
      <w:r>
        <w:t xml:space="preserve">   ——————————————————————————————————————————————————</w:t>
      </w:r>
    </w:p>
    <w:p/>
    <w:p>
      <w:r>
        <w:t>设备2：</w:t>
      </w:r>
    </w:p>
    <w:p>
      <w:r>
        <w:t xml:space="preserve">   设备名称：__________</w:t>
      </w:r>
    </w:p>
    <w:p>
      <w:r>
        <w:t xml:space="preserve">   出厂编号：__________</w:t>
      </w:r>
    </w:p>
    <w:p>
      <w:r>
        <w:t xml:space="preserve">   检定证书编号：__________</w:t>
      </w:r>
    </w:p>
    <w:p>
      <w:r>
        <w:t xml:space="preserve">   检定日期：__________</w:t>
      </w:r>
    </w:p>
    <w:p>
      <w:r>
        <w:t xml:space="preserve">   有效期至：__________</w:t>
      </w:r>
    </w:p>
    <w:p>
      <w:r>
        <w:t xml:space="preserve">   检定机构：__________</w:t>
      </w:r>
    </w:p>
    <w:p/>
    <w:p>
      <w:r>
        <w:t xml:space="preserve">   【检定证书复印件粘贴处】</w:t>
      </w:r>
    </w:p>
    <w:p/>
    <w:p>
      <w:r>
        <w:t xml:space="preserve">   ——————————————————————————————————————————————————</w:t>
      </w:r>
    </w:p>
    <w:p/>
    <w:p>
      <w:r>
        <w:t>设备3：</w:t>
      </w:r>
    </w:p>
    <w:p>
      <w:r>
        <w:t xml:space="preserve">   设备名称：__________</w:t>
      </w:r>
    </w:p>
    <w:p>
      <w:r>
        <w:t xml:space="preserve">   出厂编号：__________</w:t>
      </w:r>
    </w:p>
    <w:p>
      <w:r>
        <w:t xml:space="preserve">   检定证书编号：__________</w:t>
      </w:r>
    </w:p>
    <w:p>
      <w:r>
        <w:t xml:space="preserve">   检定日期：__________</w:t>
      </w:r>
    </w:p>
    <w:p>
      <w:r>
        <w:t xml:space="preserve">   有效期至：__________</w:t>
      </w:r>
    </w:p>
    <w:p>
      <w:r>
        <w:t xml:space="preserve">   检定机构：__________</w:t>
      </w:r>
    </w:p>
    <w:p/>
    <w:p>
      <w:r>
        <w:t xml:space="preserve">   【检定证书复印件粘贴处】</w:t>
      </w:r>
    </w:p>
    <w:p/>
    <w:p>
      <w:r>
        <w:t xml:space="preserve">   ——————————————————————————————————————————————————</w:t>
      </w:r>
    </w:p>
    <w:p/>
    <w:p>
      <w:r>
        <w:t>设备4：</w:t>
      </w:r>
    </w:p>
    <w:p>
      <w:r>
        <w:t xml:space="preserve">   设备名称：__________</w:t>
      </w:r>
    </w:p>
    <w:p>
      <w:r>
        <w:t xml:space="preserve">   出厂编号：__________</w:t>
      </w:r>
    </w:p>
    <w:p>
      <w:r>
        <w:t xml:space="preserve">   检定证书编号：__________</w:t>
      </w:r>
    </w:p>
    <w:p>
      <w:r>
        <w:t xml:space="preserve">   检定日期：__________</w:t>
      </w:r>
    </w:p>
    <w:p>
      <w:r>
        <w:t xml:space="preserve">   有效期至：__________</w:t>
      </w:r>
    </w:p>
    <w:p>
      <w:r>
        <w:t xml:space="preserve">   检定机构：__________</w:t>
      </w:r>
    </w:p>
    <w:p/>
    <w:p>
      <w:r>
        <w:t xml:space="preserve">   【检定证书复印件粘贴处】</w:t>
      </w:r>
    </w:p>
    <w:p/>
    <w:p>
      <w:r>
        <w:t xml:space="preserve">   ——————————————————————————————————————————————————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